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240" w:after="120"/>
        <w:jc w:val="center"/>
      </w:pPr>
      <w:r>
        <w:rPr>
          <w:rFonts w:ascii="Times New Roman" w:hAnsi="Times New Roman"/>
          <w:b/>
          <w:color w:val="000000"/>
          <w:sz w:val="36"/>
        </w:rPr>
        <w:t>ДОГОВОР КУПЛИ-ПРОДАЖИ ТРАНСПОРТНОГО СРЕДСТВА</w:t>
      </w:r>
    </w:p>
    <w:p>
      <w:pPr>
        <w:spacing w:after="120"/>
        <w:ind w:firstLine="0"/>
        <w:jc w:val="center"/>
      </w:pPr>
      <w:r>
        <w:rPr>
          <w:rFonts w:ascii="Times New Roman" w:hAnsi="Times New Roman"/>
          <w:sz w:val="24"/>
        </w:rPr>
        <w:t>г. ________, «___» ____________ 20__ г.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________, паспорт серия и номер ________, выдан ________ ________, зарегистрированный(ая) по адресу: ________, именуемый(ая) в дальнейшем «Продавец», с одной стороны, и ________, паспорт серия и номер ________, выдан ________ ________, зарегистрированный(ая) по адресу: ________, именуемый(ая) в дальнейшем «Покупатель», с другой стороны, заключили настоящий договор о нижеследующем.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1. Предмет договора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1.1. Продавец обязуется передать в собственность Покупателя, а Покупатель обязуется принять и оплатить следующее транспортное средство (далее: ТС):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000000"/>
                <w:sz w:val="22"/>
              </w:rPr>
              <w:t>Характеристика</w:t>
            </w:r>
          </w:p>
        </w:tc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000000"/>
                <w:sz w:val="22"/>
              </w:rPr>
              <w:t>Значение</w:t>
            </w:r>
          </w:p>
        </w:tc>
      </w:tr>
      <w:tr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Вид транспортного средства</w:t>
            </w:r>
          </w:p>
        </w:tc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________</w:t>
            </w:r>
          </w:p>
        </w:tc>
      </w:tr>
      <w:tr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Марка, модель</w:t>
            </w:r>
          </w:p>
        </w:tc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________</w:t>
            </w:r>
          </w:p>
        </w:tc>
      </w:tr>
      <w:tr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Год выпуска</w:t>
            </w:r>
          </w:p>
        </w:tc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________</w:t>
            </w:r>
          </w:p>
        </w:tc>
      </w:tr>
      <w:tr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Идентификационный номер (VIN)</w:t>
            </w:r>
          </w:p>
        </w:tc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________</w:t>
            </w:r>
          </w:p>
        </w:tc>
      </w:tr>
      <w:tr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Номер кузова (рамы, шасси)</w:t>
            </w:r>
          </w:p>
        </w:tc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________</w:t>
            </w:r>
          </w:p>
        </w:tc>
      </w:tr>
      <w:tr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Номер двигателя</w:t>
            </w:r>
          </w:p>
        </w:tc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________</w:t>
            </w:r>
          </w:p>
        </w:tc>
      </w:tr>
      <w:tr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Цвет</w:t>
            </w:r>
          </w:p>
        </w:tc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________</w:t>
            </w:r>
          </w:p>
        </w:tc>
      </w:tr>
      <w:tr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Государственный регистрационный знак</w:t>
            </w:r>
          </w:p>
        </w:tc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________</w:t>
            </w:r>
          </w:p>
        </w:tc>
      </w:tr>
      <w:tr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ПТС или ЭПТС (серия и номер)</w:t>
            </w:r>
          </w:p>
        </w:tc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________</w:t>
            </w:r>
          </w:p>
        </w:tc>
      </w:tr>
      <w:tr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Свидетельство о регистрации (СТС), серия и номер</w:t>
            </w:r>
          </w:p>
        </w:tc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________</w:t>
            </w:r>
          </w:p>
        </w:tc>
      </w:tr>
    </w:tbl>
    <w:p/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1.2. ТС принадлежит Продавцу на праве собственности на основании: ________.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1.3. Продавец гарантирует, что ТС никому не продано, не подарено, не заложено, в споре и под арестом не состоит и свободно от прав третьих лиц (ст. 460 ГК РФ).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2. Цена и порядок расчётов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2.1. Цена ТС составляет ________ (________) рублей ________ копеек (ст. 485 ГК РФ).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2.2. Оплата производится ________.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2.3. Получение денег в полном объёме Продавец подтверждает своей подписью под настоящим договором и в акте приёма-передачи.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3. Передача ТС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3.1. Продавец передаёт ТС Покупателю по акту приёма-передачи (Приложение 1) одновременно с оплатой вместе со всеми принадлежностями и документами: ПТС (ЭПТС), свидетельством о регистрации, ключами (ст. 456 ГК РФ).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3.2. Право собственности на ТС переходит к Покупателю с момента передачи ТС по акту (ст. 223 ГК РФ).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4. Качество ТС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4.1. Покупатель осмотрел ТС, сверил его идентификационные данные с документами. Состояние ТС ему известно и его устраивает.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4.2. Продавец передаёт ТС в состоянии, соответствующем сведениям, которые он сообщил Покупателю (ст. 469 ГК РФ).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5. Ответственность сторон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5.1. Если Покупатель лишится ТС по основаниям, возникшим до его продажи, он вправе потребовать от Продавца возврата уплаченной цены (ст. 461 ГК РФ).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5.2. За неисполнение или ненадлежащее исполнение договора стороны отвечают в соответствии с законодательством Российской Федерации.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6. Заключительные положения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6.1. Договор вступает в силу с момента подписания и действует до полного исполнения сторонами обязательств.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6.2. Договор составлен в трёх экземплярах, имеющих одинаковую силу: по одному для Продавца, Покупателя и для регистрационного органа.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6.3. Изменения и дополнения к договору действительны, если они сделаны в письменной форме и подписаны обеими сторонами.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6.4. Споры стороны решают путём переговоров, а при недостижении согласия в суде по месту нахождения ответчика.</w:t>
      </w:r>
    </w:p>
    <w:p>
      <w:pPr>
        <w:pStyle w:val="Heading2"/>
        <w:spacing w:before="240" w:after="120"/>
        <w:jc w:val="center"/>
      </w:pPr>
      <w:r>
        <w:rPr>
          <w:rFonts w:ascii="Times New Roman" w:hAnsi="Times New Roman"/>
          <w:b/>
          <w:color w:val="000000"/>
          <w:sz w:val="28"/>
        </w:rPr>
        <w:t>Адреса и подписи сторон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Продавец: ________, зарегистрирован по адресу: ________.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Деньги в сумме ________ (________) рублей ________ копеек получил полностью, претензий не имею.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______________ / ________ /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Покупатель: ________, зарегистрирован по адресу: ________.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ТС получил, документы и ключи принял.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______________ / ________ /</w:t>
      </w:r>
    </w:p>
    <w:p>
      <w:r>
        <w:br w:type="page"/>
      </w:r>
    </w:p>
    <w:p>
      <w:pPr>
        <w:pStyle w:val="Heading1"/>
        <w:spacing w:before="240" w:after="120"/>
        <w:jc w:val="right"/>
      </w:pPr>
      <w:r>
        <w:rPr>
          <w:rFonts w:ascii="Times New Roman" w:hAnsi="Times New Roman"/>
          <w:b/>
          <w:color w:val="000000"/>
          <w:sz w:val="36"/>
        </w:rPr>
        <w:t>Приложение 1</w:t>
      </w:r>
    </w:p>
    <w:p>
      <w:pPr>
        <w:pStyle w:val="Heading1"/>
        <w:spacing w:before="240" w:after="120"/>
        <w:jc w:val="center"/>
      </w:pPr>
      <w:r>
        <w:rPr>
          <w:rFonts w:ascii="Times New Roman" w:hAnsi="Times New Roman"/>
          <w:b/>
          <w:color w:val="000000"/>
          <w:sz w:val="36"/>
        </w:rPr>
        <w:t>АКТ ПРИЁМА-ПЕРЕДАЧИ ТРАНСПОРТНОГО СРЕДСТВА</w:t>
      </w:r>
    </w:p>
    <w:p>
      <w:pPr>
        <w:spacing w:after="120"/>
        <w:ind w:firstLine="0"/>
        <w:jc w:val="center"/>
      </w:pPr>
      <w:r>
        <w:rPr>
          <w:rFonts w:ascii="Times New Roman" w:hAnsi="Times New Roman"/>
          <w:sz w:val="24"/>
        </w:rPr>
        <w:t>к договору купли-продажи от «___» ____________ 20__ г.</w:t>
      </w:r>
    </w:p>
    <w:p>
      <w:pPr>
        <w:spacing w:after="120"/>
        <w:ind w:firstLine="0"/>
        <w:jc w:val="center"/>
      </w:pPr>
      <w:r>
        <w:rPr>
          <w:rFonts w:ascii="Times New Roman" w:hAnsi="Times New Roman"/>
          <w:sz w:val="24"/>
        </w:rPr>
        <w:t>г. ________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________ (Продавец) передал, а ________ (Покупатель) принял транспортное средство: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000000"/>
                <w:sz w:val="22"/>
              </w:rPr>
              <w:t>Характеристика</w:t>
            </w:r>
          </w:p>
        </w:tc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000000"/>
                <w:sz w:val="22"/>
              </w:rPr>
              <w:t>Значение</w:t>
            </w:r>
          </w:p>
        </w:tc>
      </w:tr>
      <w:tr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Вид транспортного средства</w:t>
            </w:r>
          </w:p>
        </w:tc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________</w:t>
            </w:r>
          </w:p>
        </w:tc>
      </w:tr>
      <w:tr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Марка, модель</w:t>
            </w:r>
          </w:p>
        </w:tc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________</w:t>
            </w:r>
          </w:p>
        </w:tc>
      </w:tr>
      <w:tr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Год выпуска</w:t>
            </w:r>
          </w:p>
        </w:tc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________</w:t>
            </w:r>
          </w:p>
        </w:tc>
      </w:tr>
      <w:tr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Идентификационный номер (VIN)</w:t>
            </w:r>
          </w:p>
        </w:tc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________</w:t>
            </w:r>
          </w:p>
        </w:tc>
      </w:tr>
      <w:tr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Номер кузова (рамы, шасси)</w:t>
            </w:r>
          </w:p>
        </w:tc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________</w:t>
            </w:r>
          </w:p>
        </w:tc>
      </w:tr>
      <w:tr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Номер двигателя</w:t>
            </w:r>
          </w:p>
        </w:tc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________</w:t>
            </w:r>
          </w:p>
        </w:tc>
      </w:tr>
      <w:tr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Цвет</w:t>
            </w:r>
          </w:p>
        </w:tc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________</w:t>
            </w:r>
          </w:p>
        </w:tc>
      </w:tr>
      <w:tr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Государственный регистрационный знак</w:t>
            </w:r>
          </w:p>
        </w:tc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________</w:t>
            </w:r>
          </w:p>
        </w:tc>
      </w:tr>
      <w:tr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ПТС или ЭПТС (серия и номер)</w:t>
            </w:r>
          </w:p>
        </w:tc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________</w:t>
            </w:r>
          </w:p>
        </w:tc>
      </w:tr>
      <w:tr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Свидетельство о регистрации (СТС), серия и номер</w:t>
            </w:r>
          </w:p>
        </w:tc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________</w:t>
            </w:r>
          </w:p>
        </w:tc>
      </w:tr>
      <w:tr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Показание одометра, км</w:t>
            </w:r>
          </w:p>
        </w:tc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________</w:t>
            </w:r>
          </w:p>
        </w:tc>
      </w:tr>
    </w:tbl>
    <w:p/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1. Вместе с ТС переданы: ПТС (ЭПТС), свидетельство о регистрации, ключи в количестве ________ шт.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2. Покупатель осмотрел ТС, проверил комплектность и документы. Претензий к состоянию и комплектности ТС Покупатель не имеет.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3. Расчёт по договору произведён полностью: ________ (________) рублей ________ копеек. Претензий по расчётам стороны друг к другу не имеют.</w:t>
      </w:r>
    </w:p>
    <w:p>
      <w:pPr>
        <w:pStyle w:val="Heading2"/>
        <w:spacing w:before="240" w:after="120"/>
        <w:jc w:val="center"/>
      </w:pPr>
      <w:r>
        <w:rPr>
          <w:rFonts w:ascii="Times New Roman" w:hAnsi="Times New Roman"/>
          <w:b/>
          <w:color w:val="000000"/>
          <w:sz w:val="28"/>
        </w:rPr>
        <w:t>Подписи сторон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Продавец: ______________ / ________ /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Покупатель: ______________ / ________ /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i/>
          <w:sz w:val="24"/>
        </w:rPr>
        <w:t>Заполнить онлайн: vibepilot.ru/dogovor/kupli-prodazhi-avto</w:t>
      </w:r>
    </w:p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